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독  서  기  록  장</w:t>
      </w:r>
    </w:p>
    <w:p>
      <w:pPr>
        <w:spacing w:after="11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도서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제목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저자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출판사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분야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9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읽은 기간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쪽수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줄거리 요약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책의 전체적인 줄거리를 간단히 요약하십시오.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55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인상 깊은 구절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쪽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구절</w:t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느낀 점</w:t>
            </w:r>
          </w:p>
        </w:tc>
      </w:tr>
      <w:tr>
        <w:trPr>
          <w:trHeight w:val="6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49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1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느낀 점과 생각</w:t>
      </w:r>
    </w:p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책을 읽고 느낀 점, 배운 점, 자신의 경험과 연결된 생각을 적으십시오.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68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별점(5점 만점)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추천 여부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읽은 책의 느낀 점은 과장 없이 자신의 생각을 솔직하게 적으십시오.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