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7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견  적  서</w:t>
      </w:r>
    </w:p>
    <w:p>
      <w:pPr>
        <w:spacing w:after="9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17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견적번호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견적일자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유효기간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수신(상호)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담당자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공급자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17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사업자등록번호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상호(법인명)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소재지</w:t>
            </w:r>
          </w:p>
        </w:tc>
        <w:tc>
          <w:tcPr>
            <w:tcW w:type="dxa" w:w="83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업태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종목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대표자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(직인)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전화 / 팩스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견적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233"/>
        <w:gridCol w:w="1233"/>
        <w:gridCol w:w="1233"/>
        <w:gridCol w:w="1233"/>
        <w:gridCol w:w="1233"/>
        <w:gridCol w:w="1233"/>
        <w:gridCol w:w="1233"/>
        <w:gridCol w:w="1233"/>
      </w:tblGrid>
      <w:tr>
        <w:trPr>
          <w:trHeight w:val="417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품명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규격</w:t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단위</w:t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수량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단가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공급가액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417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17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공급가액 합계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부가세(10%)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총 견적금액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금액(한글)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거래조건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17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결제조건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납품기일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부가세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별도 / 포함</w:t>
            </w:r>
          </w:p>
        </w:tc>
      </w:tr>
      <w:tr>
        <w:trPr>
          <w:trHeight w:val="417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납품장소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특기사항 — 하자보증, 운송비 부담, 추가 비용 발생 조건 등을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83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위와 같이 견적합니다.</w:t>
      </w:r>
    </w:p>
    <w:p>
      <w:pPr>
        <w:spacing w:after="74" w:before="74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0" w:before="55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견적서는 유효기간 내에만 효력이 있으며, 원자재 가격 변동 시 협의 후 조정될 수 있습니다.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