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견  적  서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공급자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수신처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견적일자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유효기간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견적 내역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72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품명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수량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단가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금액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72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공급가액 합계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부가세(10%)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총 견적금액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위와 같이 견적합니다.</w:t>
      </w:r>
    </w:p>
    <w:p>
      <w:pPr>
        <w:spacing w:after="128" w:before="12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공급자 :                                        (서명 또는 인)</w:t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견적서는 유효기간 내에만 효력이 있으며, 상세 사업자정보가 필요한 경우 상세형 견적서를 사용하십시오.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