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1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견  적     요  청  서</w:t>
      </w:r>
    </w:p>
    <w:p>
      <w:pPr>
        <w:spacing w:after="102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1" w:before="8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요청 회사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2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회사명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수신 업체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 기한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1" w:before="8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요청 품목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46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품목명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규격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수량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단위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희망 단가</w:t>
            </w:r>
          </w:p>
        </w:tc>
      </w:tr>
      <w:tr>
        <w:trPr>
          <w:trHeight w:val="46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6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6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6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64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1" w:before="8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납품 조건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2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희망 납기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결제 조건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납품 장소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1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견적서에 포함해 주실 사항(부가세 포함 여부, 운송비, 보증 조건 등)을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93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견적을 요청하오니 기한 내 회신하여 주시기 바랍니다.</w:t>
      </w:r>
    </w:p>
    <w:p>
      <w:pPr>
        <w:spacing w:after="82" w:before="8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요청자 :                                        (서명 또는 인)</w:t>
      </w:r>
    </w:p>
    <w:p>
      <w:pPr>
        <w:spacing w:after="0" w:before="61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본 요청서는 계약 체결을 약속하는 문서가 아닙니다.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