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견  적  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공급자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상호(법인명)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사업자등록번호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업태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종목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이메일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수신처 및 견적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견적번호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견적일자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유효기간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수신(상호)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담당자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견적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096"/>
        <w:gridCol w:w="1096"/>
        <w:gridCol w:w="1096"/>
        <w:gridCol w:w="1096"/>
        <w:gridCol w:w="1096"/>
        <w:gridCol w:w="1096"/>
        <w:gridCol w:w="1096"/>
        <w:gridCol w:w="1096"/>
        <w:gridCol w:w="1096"/>
      </w:tblGrid>
      <w:tr>
        <w:trPr>
          <w:trHeight w:val="725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품명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규격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수량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단위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단가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세액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59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공급가액 합계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부가세(10%)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견적금액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금액(한글)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거래조건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유효기간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납기일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결제조건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납품장소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특기사항 — 하자보증, 운송비 부담, 추가 비용 발생 조건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45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견적합니다.</w:t>
      </w:r>
    </w:p>
    <w:p>
      <w:pPr>
        <w:spacing w:after="128" w:before="12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12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공급자(직인) :                                        (서명 또는 인)</w:t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견적서는 유효기간 내에만 효력이 있으며, 원자재 가격 변동 시 협의 후 조정될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