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견  적     비  교  표</w:t>
      </w:r>
    </w:p>
    <w:p>
      <w:pPr>
        <w:spacing w:after="12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5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건명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요청부서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요청일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납기</w:t>
            </w:r>
          </w:p>
        </w:tc>
        <w:tc>
          <w:tcPr>
            <w:tcW w:type="dxa" w:w="8482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9" w:before="9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업체별 비교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5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A업체</w:t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B업체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C업체</w:t>
            </w:r>
          </w:p>
        </w:tc>
      </w:tr>
      <w:tr>
        <w:trPr>
          <w:trHeight w:val="55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9" w:before="9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평가 및 선정 사유</w:t>
      </w:r>
    </w:p>
    <w:p>
      <w:pPr>
        <w:spacing w:after="4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가격·품질·납기 등을 종합하여 선정 이유를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38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9" w:before="9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선정 업체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5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선정업체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계약금액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결정일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8" w:before="9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 :                                        (서명 또는 인)</w:t>
      </w:r>
    </w:p>
    <w:p>
      <w:pPr>
        <w:spacing w:after="9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검토 :                                        (서명 또는 인)</w:t>
      </w:r>
    </w:p>
    <w:p>
      <w:pPr>
        <w:spacing w:after="9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승인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