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권리포기 각서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작성자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포기 대상 권리의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권리 종류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발생 원인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포기 의사</w:t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본인(작성자)은 위에 표시된 권리를 포기합니다.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 권리 포기와 관련하여 앞으로 상대방에게 어떠한 이의나 청구도 제기하지 않을 것을 확약합니다.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권리 포기의 효력 범위는 개별 사안에 따라 다르므로 서명 전 법률 전문가의 확인을 받으시기 바랍니다.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