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기  안  서</w:t>
      </w:r>
    </w:p>
    <w:p>
      <w:pPr>
        <w:spacing w:after="133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6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0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기안일자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기안부서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기안자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안건명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10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안건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04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현황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문제점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4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추진근거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10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추진 방안</w:t>
      </w:r>
    </w:p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구체적인 추진 방법, 일정, 예산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26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10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기대 효과 및 예상 비용</w:t>
      </w:r>
    </w:p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시행에 따른 기대 효과와 소요 예산을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51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10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90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 (인)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팀장 (인)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임원 (인)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 (인)</w:t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