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수  습     평  가  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부서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수습기간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평가 항목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816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평가 항목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배점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평가 점수</w:t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평가 의견</w:t>
            </w:r>
          </w:p>
        </w:tc>
      </w:tr>
      <w:tr>
        <w:trPr>
          <w:trHeight w:val="816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종합 평가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종합점수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등급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정규직 전환 의견</w:t>
            </w:r>
          </w:p>
        </w:tc>
        <w:tc>
          <w:tcPr>
            <w:tcW w:type="dxa" w:w="7398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1차 평가자 :                                        (서명 또는 인)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2차 평가자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정규직 전환 여부의 최종 결정은 인사위원회 심의를 거쳐 확정됩니다.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