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개인정보 처리정지 요구서</w:t>
      </w:r>
    </w:p>
    <w:p>
      <w:pPr>
        <w:spacing w:after="156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요구인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98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8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8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요구 대상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98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업체·기관명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 부서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처리정지를 요구하는 내용</w:t>
      </w:r>
    </w:p>
    <w:p>
      <w:pPr>
        <w:spacing w:after="63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(  ) 마케팅·광고 목적의 이용</w:t>
      </w:r>
    </w:p>
    <w:p>
      <w:pPr>
        <w:spacing w:after="63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(  ) 제3자에게 제공</w:t>
      </w:r>
    </w:p>
    <w:p>
      <w:pPr>
        <w:spacing w:after="63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(  ) 그 밖의 이용 (아래에 적음)</w:t>
      </w:r>
    </w:p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멈추기를 원하는 정보의 범위와 요구 사유를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484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5" w:before="125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요구인 :                                        (서명 또는 인)</w:t>
      </w:r>
    </w:p>
    <w:p>
      <w:pPr>
        <w:spacing w:after="0" w:before="9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법령상 보관 의무가 있는 정보는 계속 보유될 수 있습니다. 업체의 접수 방법을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