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개인정보 수집·이용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이름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필수 개인정보 수집·이용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수집·이용 목적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 및 이용기간</w:t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필수항목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선택 개인정보 수집·이용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선택항목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제3자 제공 및 위탁 동의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아래에 해당하는 경우, 별도의 동의가 필요합니다.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제공·위탁 내용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거부 시 불이익</w:t>
            </w:r>
          </w:p>
        </w:tc>
      </w:tr>
      <w:tr>
        <w:trPr>
          <w:trHeight w:val="725" w:hRule="atLeast"/>
        </w:trPr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권리 및 주의사항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개인정보의 수집·이용에 대해 동의를 거부할 수 있습니다.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필수항목의 수집·이용 동의를 거부하면 서비스 제공이 불가능할 수 있습니다.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선택항목은 동의하지 않아도 기본 서비스는 이용할 수 있습니다.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제공된 개인정보는 명시된 목적 외에 사용하지 않습니다.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위의 개인정보 수집·이용 및 제3자 제공에 대하여 동의합니다.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본인(또는 법정대리인)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동의서 사본은 발급 기관에서 보관하며, 개인정보 보호법 제15조·제22조를 준수합니다.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