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개인정보 열람 요구서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요구 대상 기관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기관명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 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요구하는 사람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열람을 요구하는 개인정보</w:t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열람하려는 개인정보의 항목과 기간을 구체적으로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539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열람 방법</w:t>
      </w:r>
    </w:p>
    <w:p>
      <w:pPr>
        <w:spacing w:after="6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□ 서면 열람   □ 사본 교부   □ 이메일 전송</w:t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본인의 개인정보 열람을 요구합니다.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요구인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처리 기한과 본인 확인 방법은 해당 기관의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