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6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종전 근무지 근로소득 원천징수영수증 제출서</w:t>
      </w:r>
    </w:p>
    <w:p>
      <w:pPr>
        <w:spacing w:after="115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제출자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 부서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입사일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종전 근무지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종전 근무지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근무 기간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첨부 서류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20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서류명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장수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520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20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20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20" w:hRule="atLeast"/>
        </w:trPr>
        <w:tc>
          <w:tcPr>
            <w:tcW w:type="dxa" w:w="98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4932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전달 사항</w:t>
      </w:r>
    </w:p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담당자에게 알릴 내용이 있으면 적으십시오. 없으면 비워 둡니다.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171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2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종전 근무지 근로소득 원천징수영수증을 제출합니다.</w:t>
      </w:r>
    </w:p>
    <w:p>
      <w:pPr>
        <w:spacing w:after="92" w:before="92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제출자 :                                        (서명 또는 인)</w:t>
      </w:r>
    </w:p>
    <w:p>
      <w:pPr>
        <w:spacing w:after="0" w:before="69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제출 기한과 합산 방식은 회사 연말정산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