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준  비  서  면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사건번호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다툼 없는 사실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당사자 간 이미 인정되어 다툼이 없는 사실을 정리하여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26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주장의 요지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본인이 이 준비서면에서 주장하고자 하는 내용을 요약하여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상대방 주장에 대한 반박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상대방이 제출한 서면에서 새로 주장한 내용을 인용하고 이에 대한 반박을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원고 :                                        (서명 또는 인)</w:t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준비서면은 변론기일 전 법원과 상대방에게 미리 제출하는 것이 원칙이며, 제출 기한과 부본 수는 재판부의 안내에 따라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