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포  트  폴  리  오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3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49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부제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분야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3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작성자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소속(학교)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포트폴리오 링크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 직무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제출처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수록 작품 목록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작품(프로젝트)명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제작기간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역할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 도구·비고</w:t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포트폴리오 소개 — 작업 방향과 강조하고 싶은 점을 간단히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9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5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4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공동 작업물은 본인의 기여 범위를 표시하고, 비공개 자료가 포함된 경우 열람 제한 사항을 안내하십시오.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