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2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인  사  발  령  통  지  서</w:t>
      </w:r>
    </w:p>
    <w:p>
      <w:pPr>
        <w:spacing w:after="13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2" w:before="10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발령 대상자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66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성별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6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사번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입사일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현 직급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2" w:before="10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발령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37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발령 구분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발령 사유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37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현 부서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발령 부서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37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현 직위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발령 직위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37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현 급여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발령 급여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2" w:before="10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발령 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63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발령 일자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근무 시작일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63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보직명(있는 경우)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발령 권자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0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10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위와 같이 인사발령하기로 결정하고 아래와 같이 통지합니다.</w:t>
      </w:r>
    </w:p>
    <w:p>
      <w:pPr>
        <w:spacing w:after="104" w:before="104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0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4"/>
        </w:rPr>
        <w:t>대표이사</w:t>
      </w:r>
    </w:p>
    <w:p>
      <w:pPr>
        <w:spacing w:after="104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대표이사 :                                        (서명 또는 인)</w:t>
      </w:r>
    </w:p>
    <w:p>
      <w:pPr>
        <w:spacing w:after="15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0" w:before="78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발령은 법정 취업규칙의 규정에 따라 발령되었으며, 발령일자부터 효력이 발생합니다.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