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인허가 보완서류 제출서</w:t>
      </w:r>
    </w:p>
    <w:p>
      <w:pPr>
        <w:spacing w:after="12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신청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14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4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접수 기관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접수번호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4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 내용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4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접수일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보완 기한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보완 사항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1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요구받은 사항</w:t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보완한 내용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첨부</w:t>
            </w:r>
          </w:p>
        </w:tc>
      </w:tr>
      <w:tr>
        <w:trPr>
          <w:trHeight w:val="61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기타 전달 사항</w:t>
      </w:r>
    </w:p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담당자에게 알릴 내용이 있으면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501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6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보완서류를 제출합니다.</w:t>
      </w:r>
    </w:p>
    <w:p>
      <w:pPr>
        <w:spacing w:after="96" w:before="96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0" w:before="72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보완 기한과 제출 방법은 기관의 통지서 내용을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