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인허가 신청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인허가(영업 신고) 신청에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(신청인)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종류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명칭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대리인 (수임인)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사항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신청서 작성   (   ) 서류 제출   (   ) 보완 서류 제출   (   ) 증서 수령</w:t>
            </w:r>
          </w:p>
        </w:tc>
      </w:tr>
      <w:tr>
        <w:trPr>
          <w:trHeight w:val="5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신청에 관한 서류를 사용합니다.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업종별 필요 서류와 첨부 서류는 접수처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