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인  사  고  과  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평가기간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업적평가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목표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가중치(%)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달성도(%)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점수</w:t>
            </w:r>
          </w:p>
        </w:tc>
      </w:tr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역량평가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역량 항목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평가등급</w:t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의견</w:t>
            </w:r>
          </w:p>
        </w:tc>
      </w:tr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종합등급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육성 계획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향후 역량 개발과 육성을 위한 계획을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36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1차 평가자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2차 평가자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평가 결과는 인사위원회 심의를 거쳐 최종 확정됩니다.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