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지  급  각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채권자(수령인)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채무자(각서인)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채무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 금액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 원정 (₩                       )</w:t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 발생원인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기지급액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잔여 채무액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입금계좌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변제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회차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지급일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지급금액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잔액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약정 사항</w:t>
      </w:r>
    </w:p>
    <w:p>
      <w:pPr>
        <w:spacing w:after="3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본인은 위 채무가 존재함을 인정하고, 위 일정에 따라 성실히 변제할 것을 약속합니다.</w:t>
      </w:r>
    </w:p>
    <w:p>
      <w:pPr>
        <w:spacing w:after="3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변제를 2회 이상 지체한 경우 기한의 이익을 상실하고 잔액 전부를 즉시 지급합니다.</w:t>
      </w:r>
    </w:p>
    <w:p>
      <w:pPr>
        <w:spacing w:after="3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지체한 금액에 대하여는 당사자가 합의한 지연손해금을 가산하여 지급합니다.</w:t>
      </w:r>
    </w:p>
    <w:p>
      <w:pPr>
        <w:spacing w:after="3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주소나 연락처가 변경된 경우 지체 없이 채권자에게 알립니다.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특약사항 — 담보 제공, 연대보증, 변제 순서 등 추가로 합의한 내용을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8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내용을 확인하고 이에 동의하여 본 각서를 작성합니다.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각서인(채무자) :                                        (서명 또는 인)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연대보증인 :                                        (서명 또는 인)</w:t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참고용입니다. 금액이 큰 경우 공증이나 내용증명 발송으로 증거력을 보강할 수 있으며, 구체적 법률 판단은 전문가에게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