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지급명령 신청서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채권자 성명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채권자 주소</w:t>
            </w:r>
          </w:p>
        </w:tc>
        <w:tc>
          <w:tcPr>
            <w:tcW w:type="dxa" w:w="848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채무자 성명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채무자 주소</w:t>
            </w:r>
          </w:p>
        </w:tc>
        <w:tc>
          <w:tcPr>
            <w:tcW w:type="dxa" w:w="848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청구 취지</w:t>
      </w:r>
    </w:p>
    <w:p>
      <w:pPr>
        <w:spacing w:after="128" w:before="0" w:line="312" w:lineRule="auto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채무자는 채권자에게 아래 청구금액과 이에 대한 이자 및 독촉절차비용을 지급하라는 지급명령을 구합니다.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청구금액(원금)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원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이자율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            %</w:t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이자 기산일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독촉절차비용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원</w:t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청구 총액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원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송달료·인지대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별지 계산서 참조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청구 원인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채권이 발생한 경위를 시간순으로 기재하십시오. (예: 20  년  월  일 금전을 대여하고 변제기를 20  년  월  일로 약정하였으나 변제하지 않음)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417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입증 방법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서증명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갑1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차용증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갑2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계좌 이체내역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첨부 서류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위 입증방법 사본 각 1부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송달료 납부서 1부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법인인 경우 법인등기부등본 1부</w:t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지급명령을 신청합니다.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채권자 :                                        (서명 또는 인)</w:t>
      </w:r>
    </w:p>
    <w:p>
      <w:pPr>
        <w:spacing w:after="19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4"/>
        </w:rPr>
        <w:t xml:space="preserve">                        법원  귀중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채무자가 송달받은 날부터 2주 내에 이의신청을 하면 통상의 소송절차로 이행됩니다. 제출 전 대한민국 법원 전자소송 사이트에서 최신 양식과 인지·송달료 기준을 확인하십시오. 본 서식은 참고용입니다.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