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대금 지급기일 연장 요청서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받는 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보내는 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거래 및 미지급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 내역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미지급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원래 지급기일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지급일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분할 지급 계획 (분할 시 작성)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회차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 예정일</w:t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 금액</w:t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지급이 늦어지는 사유를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상대방 회신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승낙 여부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승낙 (  )   일부 승낙 (  )   거절 (  )</w:t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승낙 내용은 서면으로 남기고, 거래 계약에 정한 조건은 제출처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