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입  금  확  인  서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입금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입금금액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 원정 (₩                       )</w:t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입금방법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계좌이체 / 현금 / 수표</w:t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입금계좌 (수취)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10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입금자명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거래 구분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전액 / 일부</w:t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관련 거래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거래(계약)명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계약일자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세금계산서 번호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거래금액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기수령 누계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잔여금액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잔금 지급 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당사자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입금자(지급인) 상호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수령자(수취인) 상호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대표자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비고 — 분할 입금 일정, 수수료 부담 주체 등 특이사항을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금액을 정히 입금받았음을 확인합니다.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확인자(수령인)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입금 사실은 통장 거래내역과 대조해 확인하시고, 세금계산서 발행 여부를 별도로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