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주차장소 사용승낙서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아래 주차장소의 소유자(관리자)는 사용자가 자동차 등록을 위해 이를 사용하는 데 승낙합니다.</w:t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소유자(관리자) / 사용자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소유자(관리자)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사용자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주차장소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면적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주차 가능 대수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구획 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사용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본 승낙은 자동차 등록(신규·이전) 목적으로만 사용됩니다.</w:t>
      </w:r>
    </w:p>
    <w:p>
      <w:pPr>
        <w:spacing w:after="64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사용 기간이 끝나면 승낙의 효력은 소멸합니다.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소유자(관리자)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사용자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차고지 증명 대상 여부와 첨부서류(등기부등본·임대차계약서 등)는 관할 차량등록사업소에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