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주차위반 과태료 이의신청서</w:t>
      </w:r>
    </w:p>
    <w:p>
      <w:pPr>
        <w:spacing w:after="11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신청인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처분 내용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고지번호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위반일시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위반장소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차량번호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6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과태료 금액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이의신청 사유</w:t>
      </w:r>
    </w:p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과태료 부과가 부당하다고 보는 사유를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0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5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증빙 자료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53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자료명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매수</w:t>
            </w:r>
          </w:p>
        </w:tc>
      </w:tr>
      <w:tr>
        <w:trPr>
          <w:trHeight w:val="53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36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536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제출처(관할 지자체)</w:t>
            </w:r>
          </w:p>
        </w:tc>
        <w:tc>
          <w:tcPr>
            <w:tcW w:type="dxa" w:w="78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이의를 신청합니다.</w:t>
      </w:r>
    </w:p>
    <w:p>
      <w:pPr>
        <w:spacing w:after="95" w:before="95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5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7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이의신청 처리 결과는 관할 지자체의 판단에 따릅니다. 이의신청 기간(통상 고지를 받은 날부터 60일 이내)을 확인하여 기한 내에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