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육아휴직 신청서</w:t>
      </w:r>
    </w:p>
    <w:p>
      <w:pPr>
        <w:spacing w:after="13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0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0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입사일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자녀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0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자녀 성명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육아휴직 기간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02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휴직기간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 월    일 ~ 20    년    월    일 (    개월)</w:t>
            </w:r>
          </w:p>
        </w:tc>
      </w:tr>
      <w:tr>
        <w:trPr>
          <w:trHeight w:val="702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분할 사용 여부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분할함(   차) / 분할하지 않음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복직 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휴직 중 연락처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0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6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55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본인은 위와 같이 육아휴직을 신청하고자 하오니 재가하여 주시기 바랍니다.</w:t>
      </w:r>
    </w:p>
    <w:p>
      <w:pPr>
        <w:spacing w:after="110" w:before="11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6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1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2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937" w:hRule="atLeast"/>
        </w:trPr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부서장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인사담당자</w:t>
            </w:r>
          </w:p>
        </w:tc>
        <w:tc>
          <w:tcPr>
            <w:tcW w:type="dxa" w:w="325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대표이사</w:t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8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사업주는 남녀고용평등법상 정당한 사유가 없으면 육아휴직 신청을 거부할 수 없습니다. 세부 요건과 급여 지원은 고용센터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