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연장·휴일근로 신청서</w:t>
      </w:r>
    </w:p>
    <w:p>
      <w:pPr>
        <w:spacing w:after="14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6" w:before="11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시업 ~ 종업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시간수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업무내용</w:t>
            </w:r>
          </w:p>
        </w:tc>
      </w:tr>
      <w:tr>
        <w:trPr>
          <w:trHeight w:val="7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16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합계 시간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1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56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 연장·휴일근로 실시에 동의하며, 신청 내용대로 근로할 것을 확인합니다.</w:t>
      </w:r>
    </w:p>
    <w:p>
      <w:pPr>
        <w:spacing w:after="112" w:before="11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16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12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2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955" w:hRule="atLeast"/>
        </w:trPr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부서장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인사담당자</w:t>
            </w:r>
          </w:p>
        </w:tc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대표이사</w:t>
            </w:r>
          </w:p>
        </w:tc>
      </w:tr>
    </w:tbl>
    <w:p>
      <w:pPr>
        <w:spacing w:after="5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84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연장·야간·휴일근로는 1주 12시간을 초과할 수 없으며, 세부 한도와 가산수당 기준은 취업규칙과 근로기준법을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