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공     문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문서번호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시행일자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수신(기관명)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참조(기관명)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본문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공문 내용을 간명하고 정중하게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362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90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0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발신자(직위)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