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5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층간소음 민원 신청서</w:t>
      </w:r>
    </w:p>
    <w:p>
      <w:pPr>
        <w:spacing w:after="11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5" w:before="8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신청인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0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0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주소(동·호수)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5" w:before="8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소음 발생 세대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0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동·호수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세대주(추정)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5" w:before="8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소음 발생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07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발생일시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소음유형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지속시간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정도</w:t>
            </w:r>
          </w:p>
        </w:tc>
      </w:tr>
      <w:tr>
        <w:trPr>
          <w:trHeight w:val="507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07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07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07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07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5" w:before="8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그간의 조치</w:t>
      </w:r>
    </w:p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관리사무소 요청, 직접 대화 등 그간 취한 조치를 적으십시오.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88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5" w:before="8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요청 사항</w:t>
      </w:r>
    </w:p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관리사무소나 중재기관에 바라는 조치를 적으십시오.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88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9" w:before="89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9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0" w:before="67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관리사무소 중재로 해결되지 않으면 층간소음 이웃사이센터(1661-2642) 등 중재기관에 조정을 신청할 수 있습니다. 처리 결과는 중재기관의 판단에 따릅니다.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