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비  밀  유  지  계  약  서</w:t>
      </w:r>
    </w:p>
    <w:p>
      <w:pPr>
        <w:spacing w:after="15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같이 비밀유지계약을 체결한다.</w:t>
      </w:r>
    </w:p>
    <w:p>
      <w:pPr>
        <w:spacing w:after="63" w:before="12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1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공개당사자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성명/회사명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생년월일/사업자번호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성명/회사명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생년월일/사업자번호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유효기간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공개당사자가 수신당사자에게 비밀정보를 공개하되, 수신당사자가 해당 정보의 기밀성을 보호하도록 의무지우기 위한 것이다.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(비밀정보의 정의)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계약에서 '비밀정보'란 공개당사자가 수신당사자에게 공개하는 기술, 사업계획, 고객 정보, 영업비밀, 및 기타 정보로서 다음의 조건을 모두 충족하는 정보를 말한다: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① 공개당사자가 비밀정보임을 명시적으로 표시했거나, 합리적인 관점에서 비밀성이 명백한 정보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② 공개당사자가 비밀유지에 노력한 정보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③ 비공개 정보로서 공개당사자의 경쟁상 이익에 관한 정보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(비밀유지의무)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수신당사자는 본 계약의 유효기간 동안 비밀정보를 제3자에게 공개하지 않으며, 비밀정보의 보호에 합리적인 노력을 기울인다.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수신당사자는 비밀정보를 본 계약의 목적 범위 내에서만 사용한다.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수신당사자는 필요최소한의 임직원·수급인에게만 비밀정보를 공개할 수 있으며, 그들에게도 동일한 비밀유지의무를 부과해야 한다.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(예외사유)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다음의 경우 비밀정보는 비밀유지의 대상이 되지 않는다: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① 공개 당시 이미 공개되어 있던 정보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② 공개당사자의 제3자에 대한 의무 없이 공개되어 있는 정보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③ 수신당사자가 공개 전부터 보유하고 있던 정보 (서면으로 증명되어야 함)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④ 법령·행정명령·법원 판결에 의해 공개할 수밖에 없는 정보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(사용 제한)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수신당사자는 비밀정보를 본 계약에서 정한 목적 범위를 벗어나 사용할 수 없다.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수신당사자가 비밀정보를 기초로 새로운 제품·서비스·저작물 등을 개발한 경우, 그 개발물에 대한 권리는 수신당사자에게 귀속하되, 비밀정보 자체는 공개당사자에게 귀속한다.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(자료의 반환·폐기)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 종료 시 수신당사자는 공개당사자의 요구에 따라 비밀정보와 그 사본을 반환하거나 안전하게 폐기한다.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다만 법령상 보관 의무가 있는 경우는 그러하지 아니한다.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(유효기간)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계약의 유효기간은 위 유효기간에 따른다.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 종료 후에도 비밀유지의무는 유효기간 종료 후 3년간 계속된다.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(위반 시 손해배상)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수신당사자가 본 계약의 비밀유지의무를 위반하여 공개당사자에게 손해를 입힌 경우, 그 손해를 배상한다.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손해배상액은 입증된 실제 손해액으로 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공개당사자가 비밀유지의무 위반으로 인한 손해의 입증에 어려움을 겪는 경우, 법원의 판결에 따라 손해배상액이 결정될 수 있다.</w:t>
      </w:r>
    </w:p>
    <w:p>
      <w:pPr>
        <w:spacing w:after="63" w:before="157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(관할법원)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공개당사자의 주소지 관할법원을 제1심 관할법원으로 한다.</w:t>
      </w:r>
    </w:p>
    <w:p>
      <w:pPr>
        <w:spacing w:after="25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6" w:before="12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공개당사자 :                                        (서명 또는 인)</w:t>
      </w:r>
    </w:p>
    <w:p>
      <w:pPr>
        <w:spacing w:after="12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수신당사자 :                                        (서명 또는 인)</w:t>
      </w:r>
    </w:p>
    <w:p>
      <w:pPr>
        <w:spacing w:after="0" w:before="9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계약은 참고용이며 당사자의 특정 상황에 맞게 조정·수정하여야 합니다. 국제거래나 복잡한 사안의 경우 변호사와 상담하여 계약서를 작성하시기 바랍니다.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