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국민연금 가입내역 확인서 발급 위임장</w:t>
      </w:r>
    </w:p>
    <w:p>
      <w:pPr>
        <w:spacing w:after="12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국민연금 가입내역 확인서 발급 신청에 관한 권한을 위임합니다.</w:t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서류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국민연금 가입내역 확인서   통수:      통</w:t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 용도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서류를 발급받아 사용합니다.</w:t>
      </w:r>
    </w:p>
    <w:p>
      <w:pPr>
        <w:spacing w:after="5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03" w:before="10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대리 발급에 필요한 신분증·추가 서류는 발급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