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  입  신  고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세대주와의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전입 주소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전(종전)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새(전입)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전입일자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 구성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신규 세대 / 기존 세대 합가</w:t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새 세대주 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전입 세대원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세대주와의 관계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전입 여부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함께 신청할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우편물 주소 이전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 / 미신청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세대주 변경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 / 미신청</w:t>
            </w:r>
          </w:p>
        </w:tc>
      </w:tr>
      <w:tr>
        <w:trPr>
          <w:trHeight w:val="3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초등학교 배정 정보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 / 미신청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기타 신고사항 — 다가구주택 상세주소, 임대차 관련 사항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전입을 신고합니다.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신고인 :                                        (서명 또는 인)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세대주 확인 :                                        (서명 또는 인)</w:t>
      </w:r>
    </w:p>
    <w:p>
      <w:pPr>
        <w:spacing w:after="6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○○시장 · 군수 · 구청장 귀하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참고용입니다. 신고 기한과 필요 서류, 확정일자 동시 신청 여부는 관할 주민센터 또는 정부24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