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이사 체크리스트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이사 예정일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이사 업체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 주소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새 주소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이사 전 (1개월~1주 전)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할 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완료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이사 당일 및 이후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할 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완료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비용 관리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예상 금액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실제 지출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관련 연락처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업체·기관명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연락처</w:t>
            </w:r>
          </w:p>
        </w:tc>
      </w:tr>
      <w:tr>
        <w:trPr>
          <w:trHeight w:val="33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특이사항 — 사다리차 예약, 엘리베이터 사용 신청, 폐기물 처리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6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전입신고와 공과금 정산은 기한이 정해져 있으므로 일정에 맞춰 처리하십시오.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