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전입신고 대리 위임장</w:t>
      </w:r>
    </w:p>
    <w:p>
      <w:pPr>
        <w:spacing w:after="103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본인은 아래 대리인에게 전입신고에 관한 권한을 위임합니다.</w:t>
      </w:r>
    </w:p>
    <w:p>
      <w:pPr>
        <w:spacing w:after="41" w:before="8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위임인 (전입하는 사람)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세대주와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1" w:before="8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위임인과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1" w:before="8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전입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이전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전입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25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이사한 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전입 인원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1" w:before="82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위임 범위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67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위임 사항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표시(○)</w:t>
            </w:r>
          </w:p>
        </w:tc>
      </w:tr>
      <w:tr>
        <w:trPr>
          <w:trHeight w:val="467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7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67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2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위임 내용은 본인의 의사에 따른 것임을 확인합니다.</w:t>
      </w:r>
    </w:p>
    <w:p>
      <w:pPr>
        <w:spacing w:after="82" w:before="82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위임인 :                                        (서명 또는 인)</w:t>
      </w:r>
    </w:p>
    <w:p>
      <w:pPr>
        <w:spacing w:after="82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62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필요 서류는 주민센터 또는 정부24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