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이륜차 매매계약서</w:t>
      </w:r>
    </w:p>
    <w:p>
      <w:pPr>
        <w:spacing w:after="10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0"/>
        </w:rPr>
        <w:t>매도인과 매수인은 아래 이륜차에 대하여 다음과 같이 매매계약을 체결한다.</w:t>
      </w:r>
    </w:p>
    <w:p>
      <w:pPr>
        <w:spacing w:after="43" w:before="8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매도인 / 매수인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486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매도인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6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매수인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이륜차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차종(모델명)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차대번호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배기량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연식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주행거리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색상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거래 조건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매매대금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계약금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잔금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인도 시점, 성능 하자 책임 기간, 보험 승계 여부 등 특약사항을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3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위와 같이 계약을 체결하고 계약서 2부를 작성하여 각자 1부씩 보관한다.</w:t>
      </w:r>
    </w:p>
    <w:p>
      <w:pPr>
        <w:spacing w:after="86" w:before="8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매도인 :                                        (서명 또는 인)</w:t>
      </w:r>
    </w:p>
    <w:p>
      <w:pPr>
        <w:spacing w:after="8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매수인 :                                        (서명 또는 인)</w:t>
      </w:r>
    </w:p>
    <w:p>
      <w:pPr>
        <w:spacing w:after="0" w:before="6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계약 후에는 관할 구청·시청에 이륜차 사용신고(명의이전)를 별도로 신청해야 합니다.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