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월  간     일  정  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월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이달의 목표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주별 일정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68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주차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월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화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토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</w:t>
            </w:r>
          </w:p>
        </w:tc>
      </w:tr>
      <w:tr>
        <w:trPr>
          <w:trHeight w:val="68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이달의 주요 일정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일정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장소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메모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이번 달 기억할 일이나 다짐을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41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일정은 변동될 수 있으므로 주기적으로 확인하고 갱신하십시오.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