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미성년자 활동 보호자 동의서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활동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활동명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주관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장소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참가자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학교·학년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보호자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비상연락처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건강·유의사항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복용 약물, 신체 활동 제한 등 유의가 필요한 사항이 있으면 기재하십시오(구체적인 질병명 대신 유의사항만 기재).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45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1"/>
        </w:rPr>
        <w:t>본인은 위 미성년자의 보호자로서 상기 활동 참가에 동의하며, 활동 중 안전지도 방침에 따르는 것에 동의합니다. 동의하지 않을 권리가 있으며, 다만 동의하지 않을 경우 활동 참가가 제한될 수 있습니다.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보호자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참가자의 고유식별정보는 수집하지 않으며, 생년월일로만 확인합니다.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