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회  의  록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8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회의명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회의일시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회의장소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참석자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안건별 논의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442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안건</w:t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논의 내용 및 결정사항</w:t>
            </w:r>
          </w:p>
        </w:tc>
      </w:tr>
      <w:tr>
        <w:trPr>
          <w:trHeight w:val="442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2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2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2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2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2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2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2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2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42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결정사항 및 후속조치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9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결정사항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담당자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기한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상태</w:t>
            </w:r>
          </w:p>
        </w:tc>
      </w:tr>
      <w:tr>
        <w:trPr>
          <w:trHeight w:val="39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62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회의록이 사실과 다름이 없음을 확인합니다.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회의 주재자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