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59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회  의  록</w:t>
      </w:r>
    </w:p>
    <w:p>
      <w:pPr>
        <w:spacing w:after="146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663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회의명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일시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63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장소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참석자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9" w:before="117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논의 및 결정사항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746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논의 내용</w:t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결정사항</w:t>
            </w:r>
          </w:p>
        </w:tc>
      </w:tr>
      <w:tr>
        <w:trPr>
          <w:trHeight w:val="746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46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46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46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46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9" w:before="117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후속조치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46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후속조치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담당자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기한</w:t>
            </w:r>
          </w:p>
        </w:tc>
      </w:tr>
      <w:tr>
        <w:trPr>
          <w:trHeight w:val="746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46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46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46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17" w:before="117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17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회의 주재자 :                                        (서명 또는 인)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