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목표관리(MBO) 평가표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평가기간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목표 설정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핵심결과지표(KR)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가중치(%)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 수준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중간 점검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81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점검일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진척률(%)</w:t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이슈 및 조치</w:t>
            </w:r>
          </w:p>
        </w:tc>
      </w:tr>
      <w:tr>
        <w:trPr>
          <w:trHeight w:val="81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최종 달성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81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실적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달성률(%)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자기평가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상사평가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의견</w:t>
            </w:r>
          </w:p>
        </w:tc>
      </w:tr>
      <w:tr>
        <w:trPr>
          <w:trHeight w:val="81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종합 의견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전체 목표 달성도에 대한 종합 의견과 다음 기간 목표 방향을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17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본인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상사(평가자)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목표와 가중치 기준은 팀 운영 방침에 따라 조정될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