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마  케  팅     기  획  서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캠페인명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대상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예산</w:t>
            </w:r>
          </w:p>
        </w:tc>
        <w:tc>
          <w:tcPr>
            <w:tcW w:type="dxa" w:w="453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시장·고객 분석</w:t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시장 동향과 타깃 고객의 특성·니즈를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1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목표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현재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목표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측정방법</w:t>
            </w:r>
          </w:p>
        </w:tc>
      </w:tr>
      <w:tr>
        <w:trPr>
          <w:trHeight w:val="326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실행 전략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채널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콘텐츠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일정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예산</w:t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예산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32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산출근거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</w:tr>
      <w:tr>
        <w:trPr>
          <w:trHeight w:val="32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기대효과</w:t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매출·인지도 측면의 기대효과를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65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8" w:before="5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 :                                        (서명 또는 인)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검토 :                                        (서명 또는 인)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승인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