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9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관리비 정산 확인서</w:t>
      </w:r>
    </w:p>
    <w:p>
      <w:pPr>
        <w:spacing w:after="123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9" w:before="9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정산 대상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5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건물명·호실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정산 기준일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임대인(관리사무소)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임차인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9" w:before="9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관리비 예치금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59" w:hRule="atLeast"/>
        </w:trPr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예치금 납부액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예치금 납부일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9" w:before="9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정산월분 관리비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559" w:hRule="atLeast"/>
        </w:trPr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부과금액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미납액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환급액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59" w:hRule="atLeast"/>
        </w:trPr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9" w:hRule="atLeast"/>
        </w:trPr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9" w:hRule="atLeast"/>
        </w:trPr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9" w:hRule="atLeast"/>
        </w:trPr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9" w:hRule="atLeast"/>
        </w:trPr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9" w:before="9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최종 정산 결과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59" w:hRule="atLeast"/>
        </w:trPr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미납 합계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환급 합계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9" w:hRule="atLeast"/>
        </w:trPr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최종 정산금액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정산 방법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보증금 반환액에 합산 / 별도 지급</w:t>
            </w:r>
          </w:p>
        </w:tc>
      </w:tr>
    </w:tbl>
    <w:p>
      <w:pPr>
        <w:spacing w:after="4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9" w:before="99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임대인(관리사무소) :                                        (서명 또는 인)</w:t>
      </w:r>
    </w:p>
    <w:p>
      <w:pPr>
        <w:spacing w:after="9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임차인 :                                        (서명 또는 인)</w:t>
      </w:r>
    </w:p>
    <w:p>
      <w:pPr>
        <w:spacing w:after="0" w:before="7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장기수선충당금 환급 등 세부 항목은 관리규약과 임대차계약 특약사항을 확인한 뒤 정산하십시오.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