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장기요양 급여 신청서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572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대리 신청인 정보 (본인이 신청하기 어려운 경우)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신청 구분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17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신청 구분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선택</w:t>
            </w:r>
          </w:p>
        </w:tc>
      </w:tr>
      <w:tr>
        <w:trPr>
          <w:trHeight w:val="417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최초 신청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갱신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등급 변경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일상생활 수행 정도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독립 수행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부분 도움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전적 도움</w:t>
            </w:r>
          </w:p>
        </w:tc>
      </w:tr>
      <w:tr>
        <w:trPr>
          <w:trHeight w:val="41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식사하기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세수하기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옷 입기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이동하기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화장실 사용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현재 돌봄 상황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현재 돌봄을 제공하는 사람과 돌봄 시간, 생활 환경 등을 간단히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위와 같이 장기요양 급여를 신청하며, 신청서는 국민건강보험공단에 제출합니다.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대리 신청인 :                                        (서명 또는 인)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장기요양인정 조사 및 등급 판정이며, 보유기간은 관계 법령에 따라 보관한 후 파기합니다.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등급 판정 기준과 절차는 국민건강보험공단의 공고를 따르십시오. 본 서식은 참고용이며, 의학적 설명과 판단은 담당 의료진이 수행합니다.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