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차  용  증</w:t>
      </w:r>
    </w:p>
    <w:p>
      <w:pPr>
        <w:spacing w:after="124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9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채권자와 채무자는 다음과 같이 금전소비대차계약을 체결한다.</w:t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채권자(대여인)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채무자(차용인)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0" w:before="99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차용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차용금액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차용일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2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송금계좌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9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차용금액을 채권자로부터 현실로 수령하였음을 확인하고, 위 조건에 따라 성실히 변제할 것을 약속한다.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(차용금의 수령)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차용금액을 채권자로부터 수령하였음을 확인한다.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(변제)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변제기일까지 차용금액과 이자를 채권자가 지정한 계좌로 송금하여 변제한다.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(이자와 지연손해금)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이자는 위 이자율에 따라 계산하며, 변제기일까지 변제하지 않을 경우 그 다음 날부터 완제일까지 지연손해금을 가산한다.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이자율은 이자제한법이 정하는 최고이자율을 초과할 수 없다.</w:t>
      </w:r>
    </w:p>
    <w:p>
      <w:pPr>
        <w:spacing w:after="50" w:before="124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(관할)</w:t>
      </w:r>
    </w:p>
    <w:p>
      <w:pPr>
        <w:spacing w:after="5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채권자의 주소지 관할법원을 제1심 관할법원으로 한다.</w:t>
      </w:r>
    </w:p>
    <w:p>
      <w:pPr>
        <w:spacing w:after="99" w:before="99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채권자 :                                        (서명 또는 인)</w:t>
      </w:r>
    </w:p>
    <w:p>
      <w:pPr>
        <w:spacing w:after="99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채무자 :                                        (서명 또는 인)</w:t>
      </w:r>
    </w:p>
    <w:p>
      <w:pPr>
        <w:spacing w:after="0" w:before="7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금액이 크거나 분할 상환이 필요한 경우 연대보증인을 포함한 차용증을 사용하거나 공증·내용증명으로 증거력을 보강하는 것이 안전합니다.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