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7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지체상금 면제 신청서</w:t>
      </w:r>
    </w:p>
    <w:p>
      <w:pPr>
        <w:spacing w:after="118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7" w:before="94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계약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34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계약명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34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계약번호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발주처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34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계약상대자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대표자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7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7" w:before="94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지연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34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약정 납기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실제 이행일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34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지연 일수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제외 요청 일수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7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7" w:before="94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지연 사유와 증빙</w:t>
      </w:r>
    </w:p>
    <w:p>
      <w:pPr>
        <w:spacing w:after="47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지연이 생긴 기간과 사유, 계약상대자 책임이 아니라고 보는 이유를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2269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47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289"/>
        <w:gridCol w:w="3289"/>
        <w:gridCol w:w="3289"/>
      </w:tblGrid>
      <w:tr>
        <w:trPr>
          <w:trHeight w:val="534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No</w:t>
            </w:r>
          </w:p>
        </w:tc>
        <w:tc>
          <w:tcPr>
            <w:tcW w:type="dxa" w:w="591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붙임 증빙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쪽수</w:t>
            </w:r>
          </w:p>
        </w:tc>
      </w:tr>
      <w:tr>
        <w:trPr>
          <w:trHeight w:val="534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591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34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591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34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591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7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94" w:before="94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94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계약상대자 :                                        (서명 또는 인)</w:t>
      </w:r>
    </w:p>
    <w:p>
      <w:pPr>
        <w:spacing w:after="0" w:before="71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인정 여부와 범위는 계약서와 발주처 규정을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