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상표·저작물 사용허락 계약서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갑과 을은 다음과 같이 상표·저작물 사용허락 계약을 체결한다.</w:t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갑(허락권자)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을(사용자)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허락 대상의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명칭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등록번호/출원번호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사용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사용지역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독점 여부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사용매체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정산일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갑이 보유한 위 상표·저작물을 을이 위 사용 조건에 따라 사용하도록 허락하는 것을 목적으로 한다.</w:t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(허락 대상)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허락 대상은 위 표에 기재된 상표 및 저작물에 한하며, 을은 그 외의 갑의 권리를 사용할 수 없다.</w:t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(사용 범위)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위 사용지역, 사용기간, 사용매체의 범위 내에서만 허락 대상을 사용할 수 있다.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독점 여부가 '독점'인 경우 갑은 동일한 범위에서 제3자에게 중복하여 사용을 허락하지 아니한다.</w:t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(사용료와 정산)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위 사용료를 위 정산일까지 갑이 지정한 계좌로 지급한다.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사용료를 매출액 기준으로 산정하는 경우 을은 정산 근거자료를 갑에게 제출한다.</w:t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(품질 유지와 표시 의무)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허락 대상의 품질과 이미지를 훼손하지 않도록 사용하며, 갑이 정하는 표시 기준(로고 규격, 출처 표기 등)을 준수한다.</w:t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(제3자 권리 침해)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허락 대상이 제3자의 권리를 침해하지 않음을 보증한다. 을의 사용 방식으로 인하여 발생한 제3자와의 분쟁은 을이 책임진다.</w:t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(재허락 금지)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갑의 사전 서면 동의 없이 허락 대상의 사용권을 제3자에게 재허락하거나 양도할 수 없다.</w:t>
      </w:r>
    </w:p>
    <w:p>
      <w:r>
        <w:br w:type="page"/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(계약 종료 후의 처리)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계약이 종료된 경우 을은 허락 대상의 사용을 즉시 중단하고, 보유하던 관련 자료·표시물을 갑에게 반환하거나 폐기한다.</w:t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(손해배상)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본 계약을 위반하여 상대방에게 손해를 입힌 경우 그 손해를 배상한다.</w:t>
      </w:r>
    </w:p>
    <w:p>
      <w:pPr>
        <w:spacing w:after="29" w:before="72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(관할)</w:t>
      </w:r>
    </w:p>
    <w:p>
      <w:pPr>
        <w:spacing w:after="29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갑의 주소지 관할법원을 제1심 관할법원으로 한다.</w:t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갑(허락권자) :                                        (서명 또는 인)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을(사용자) :                                        (서명 또는 인)</w:t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상표권·저작권의 등록 현황과 침해 여부는 특허청·저작권위원회 등을 통해 사전에 확인하고, 구체적 법률 판단은 관련 법령과 전문가에게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