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수  업     지  도  안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수업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과목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단원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차시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대상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지도교사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학습 목표</w:t>
      </w:r>
    </w:p>
    <w:p>
      <w:pPr>
        <w:spacing w:after="3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일차방정식의 뜻을 설명할 수 있다.</w:t>
      </w:r>
    </w:p>
    <w:p>
      <w:pPr>
        <w:spacing w:after="3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등식의 성질을 이용해 일차방정식을 풀 수 있다.</w:t>
      </w:r>
    </w:p>
    <w:p>
      <w:pPr>
        <w:spacing w:after="3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실생활 문제를 일차방정식으로 나타내고 해결할 수 있다.</w:t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교수·학습 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학습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교수 활동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학생 활동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자료</w:t>
            </w:r>
          </w:p>
        </w:tc>
      </w:tr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평가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69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 내용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평가 방법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기준</w:t>
            </w:r>
          </w:p>
        </w:tc>
      </w:tr>
      <w:tr>
        <w:trPr>
          <w:trHeight w:val="469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9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유의사항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지도상 유의할 점, 학습 지원이 필요한 부분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4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차시별 진행 상황에 따라 시간 배분과 활동 내용은 현장에서 조정할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