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휴  가  신  청  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6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부서(팀)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휴가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2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휴가 종류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휴가 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휴가 일수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예상 복귀일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휴가 사유</w:t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휴가 사유를 구체적으로 기재하십시오. (예: 연차, 병가, 경조사휴가, 특별휴가 등)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66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업무 인수인계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69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업무대행자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비상연락처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상황 보고 방법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본인은 위와 같이 휴가를 신청하고자 하오니 재가하여 주시기 바랍니다.</w:t>
      </w:r>
    </w:p>
    <w:p>
      <w:pPr>
        <w:spacing w:after="74" w:before="7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11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74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2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625" w:hRule="atLeast"/>
        </w:trPr>
        <w:tc>
          <w:tcPr>
            <w:tcW w:type="dxa" w:w="32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부서장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인사담당자</w:t>
            </w:r>
          </w:p>
        </w:tc>
        <w:tc>
          <w:tcPr>
            <w:tcW w:type="dxa" w:w="32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대표이사</w:t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7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휴가 종류와 기간을 명확히 기재하고, 제출 전 당일 업무 배분을 완료하십시오. 미승인 휴가는 무단결근 처리될 수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