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임대차 목적물 수리 요청서</w:t>
      </w:r>
    </w:p>
    <w:p>
      <w:pPr>
        <w:spacing w:after="12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 및 목적물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임차인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목적물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수리가 필요한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58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위치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발견일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긴급도</w:t>
            </w:r>
          </w:p>
        </w:tc>
      </w:tr>
      <w:tr>
        <w:trPr>
          <w:trHeight w:val="58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요청 사항</w:t>
      </w:r>
    </w:p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불편한 점과 요청하는 조치를 적으십시오. 마지막에 희망하는 처리 기한도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5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첨부 자료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3" w:before="10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임차인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수리 비용 부담은 계약 내용과 원인에 따라 다르므로 별도로 협의하십시오.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