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임대차 갱신 거절 통지서</w:t>
      </w:r>
    </w:p>
    <w:p>
      <w:pPr>
        <w:spacing w:after="14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보내는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임대차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목적물 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월 차임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만료일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통지 내용</w:t>
      </w:r>
    </w:p>
    <w:p>
      <w:pPr>
        <w:spacing w:after="11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 임대차 계약을 만료일에 끝내고 갱신하지 않겠음을 통지합니다.</w:t>
      </w:r>
    </w:p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갱신하지 않는 사유를 사실 위주로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26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4" w:before="11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통지인 :                                        (서명 또는 인)</w:t>
      </w:r>
    </w:p>
    <w:p>
      <w:pPr>
        <w:spacing w:after="0" w:before="8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통지 기한과 거절 사유의 허용 범위는 법령과 계약 내용에 따라 다릅니다. 보내기 전에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